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B45D14" w:rsidRPr="00386BC3" w:rsidRDefault="00386BC3">
      <w:pPr>
        <w:rPr>
          <w:rFonts w:asciiTheme="majorHAnsi" w:hAnsiTheme="majorHAnsi" w:cstheme="majorHAnsi"/>
          <w:sz w:val="24"/>
          <w:szCs w:val="24"/>
        </w:rPr>
      </w:pPr>
      <w:r w:rsidRPr="00386BC3">
        <w:rPr>
          <w:rFonts w:asciiTheme="majorHAnsi" w:hAnsiTheme="majorHAnsi" w:cstheme="majorHAnsi"/>
          <w:sz w:val="24"/>
          <w:szCs w:val="24"/>
        </w:rPr>
        <w:t>Dear Parents and Carers,</w:t>
      </w:r>
    </w:p>
    <w:p w:rsidR="00B45D14" w:rsidRPr="00386BC3" w:rsidRDefault="00386BC3">
      <w:pPr>
        <w:rPr>
          <w:rFonts w:asciiTheme="majorHAnsi" w:hAnsiTheme="majorHAnsi" w:cstheme="majorHAnsi"/>
          <w:sz w:val="24"/>
          <w:szCs w:val="24"/>
        </w:rPr>
      </w:pPr>
      <w:r>
        <w:rPr>
          <w:rFonts w:asciiTheme="majorHAnsi" w:hAnsiTheme="majorHAnsi" w:cstheme="majorHAnsi"/>
          <w:sz w:val="24"/>
          <w:szCs w:val="24"/>
        </w:rPr>
        <w:t>Welcome back,</w:t>
      </w:r>
      <w:r w:rsidR="00986968">
        <w:rPr>
          <w:rFonts w:asciiTheme="majorHAnsi" w:hAnsiTheme="majorHAnsi" w:cstheme="majorHAnsi"/>
          <w:sz w:val="24"/>
          <w:szCs w:val="24"/>
        </w:rPr>
        <w:t xml:space="preserve"> we</w:t>
      </w:r>
      <w:r w:rsidRPr="00386BC3">
        <w:rPr>
          <w:rFonts w:asciiTheme="majorHAnsi" w:hAnsiTheme="majorHAnsi" w:cstheme="majorHAnsi"/>
          <w:sz w:val="24"/>
          <w:szCs w:val="24"/>
        </w:rPr>
        <w:t xml:space="preserve"> hope you and your family had a wonderful summer and that the children are feeling refreshed and ready for an exciting year ahead.</w:t>
      </w:r>
      <w:r w:rsidR="00986968">
        <w:rPr>
          <w:rFonts w:asciiTheme="majorHAnsi" w:hAnsiTheme="majorHAnsi" w:cstheme="majorHAnsi"/>
          <w:sz w:val="24"/>
          <w:szCs w:val="24"/>
        </w:rPr>
        <w:t xml:space="preserve"> This year, </w:t>
      </w:r>
      <w:proofErr w:type="spellStart"/>
      <w:r w:rsidR="00986968">
        <w:rPr>
          <w:rFonts w:asciiTheme="majorHAnsi" w:hAnsiTheme="majorHAnsi" w:cstheme="majorHAnsi"/>
          <w:sz w:val="24"/>
          <w:szCs w:val="24"/>
        </w:rPr>
        <w:t>Ms</w:t>
      </w:r>
      <w:proofErr w:type="spellEnd"/>
      <w:r w:rsidR="00986968">
        <w:rPr>
          <w:rFonts w:asciiTheme="majorHAnsi" w:hAnsiTheme="majorHAnsi" w:cstheme="majorHAnsi"/>
          <w:sz w:val="24"/>
          <w:szCs w:val="24"/>
        </w:rPr>
        <w:t xml:space="preserve"> </w:t>
      </w:r>
      <w:proofErr w:type="spellStart"/>
      <w:r w:rsidR="00986968">
        <w:rPr>
          <w:rFonts w:asciiTheme="majorHAnsi" w:hAnsiTheme="majorHAnsi" w:cstheme="majorHAnsi"/>
          <w:sz w:val="24"/>
          <w:szCs w:val="24"/>
        </w:rPr>
        <w:t>Warrillow</w:t>
      </w:r>
      <w:proofErr w:type="spellEnd"/>
      <w:r w:rsidR="00986968">
        <w:rPr>
          <w:rFonts w:asciiTheme="majorHAnsi" w:hAnsiTheme="majorHAnsi" w:cstheme="majorHAnsi"/>
          <w:sz w:val="24"/>
          <w:szCs w:val="24"/>
        </w:rPr>
        <w:t xml:space="preserve"> is joining the class, she is an experienced HLTA with extensive knowledge of the upper Key Stage 2 curriculum and will be able to offer additional support throughout the week. </w:t>
      </w:r>
    </w:p>
    <w:p w:rsidR="00B45D14" w:rsidRPr="00386BC3" w:rsidRDefault="00386BC3">
      <w:pPr>
        <w:rPr>
          <w:rFonts w:asciiTheme="majorHAnsi" w:hAnsiTheme="majorHAnsi" w:cstheme="majorHAnsi"/>
          <w:sz w:val="24"/>
          <w:szCs w:val="24"/>
        </w:rPr>
      </w:pPr>
      <w:r w:rsidRPr="00386BC3">
        <w:rPr>
          <w:rFonts w:asciiTheme="majorHAnsi" w:hAnsiTheme="majorHAnsi" w:cstheme="majorHAnsi"/>
          <w:sz w:val="24"/>
          <w:szCs w:val="24"/>
        </w:rPr>
        <w:t xml:space="preserve">This term, we have lots of engaging topics to look forward to. In History, we will </w:t>
      </w:r>
      <w:r w:rsidR="001763F1">
        <w:rPr>
          <w:rFonts w:asciiTheme="majorHAnsi" w:hAnsiTheme="majorHAnsi" w:cstheme="majorHAnsi"/>
          <w:sz w:val="24"/>
          <w:szCs w:val="24"/>
        </w:rPr>
        <w:t>be learning about the Maya Civilisation</w:t>
      </w:r>
      <w:r w:rsidRPr="00386BC3">
        <w:rPr>
          <w:rFonts w:asciiTheme="majorHAnsi" w:hAnsiTheme="majorHAnsi" w:cstheme="majorHAnsi"/>
          <w:sz w:val="24"/>
          <w:szCs w:val="24"/>
        </w:rPr>
        <w:t>, and in Geograp</w:t>
      </w:r>
      <w:r w:rsidR="001763F1">
        <w:rPr>
          <w:rFonts w:asciiTheme="majorHAnsi" w:hAnsiTheme="majorHAnsi" w:cstheme="majorHAnsi"/>
          <w:sz w:val="24"/>
          <w:szCs w:val="24"/>
        </w:rPr>
        <w:t>hy we will explore Rivers</w:t>
      </w:r>
      <w:r w:rsidRPr="00386BC3">
        <w:rPr>
          <w:rFonts w:asciiTheme="majorHAnsi" w:hAnsiTheme="majorHAnsi" w:cstheme="majorHAnsi"/>
          <w:sz w:val="24"/>
          <w:szCs w:val="24"/>
        </w:rPr>
        <w:t>. In Music, the chi</w:t>
      </w:r>
      <w:r w:rsidR="001763F1">
        <w:rPr>
          <w:rFonts w:asciiTheme="majorHAnsi" w:hAnsiTheme="majorHAnsi" w:cstheme="majorHAnsi"/>
          <w:sz w:val="24"/>
          <w:szCs w:val="24"/>
        </w:rPr>
        <w:t>ldren will be studying Living on a Prayer</w:t>
      </w:r>
      <w:r w:rsidRPr="00386BC3">
        <w:rPr>
          <w:rFonts w:asciiTheme="majorHAnsi" w:hAnsiTheme="majorHAnsi" w:cstheme="majorHAnsi"/>
          <w:sz w:val="24"/>
          <w:szCs w:val="24"/>
        </w:rPr>
        <w:t xml:space="preserve"> and learning to play the recorder.</w:t>
      </w:r>
    </w:p>
    <w:p w:rsidR="00B45D14" w:rsidRPr="00386BC3" w:rsidRDefault="00386BC3">
      <w:pPr>
        <w:rPr>
          <w:rFonts w:asciiTheme="majorHAnsi" w:hAnsiTheme="majorHAnsi" w:cstheme="majorHAnsi"/>
          <w:sz w:val="24"/>
          <w:szCs w:val="24"/>
        </w:rPr>
      </w:pPr>
      <w:r w:rsidRPr="00386BC3">
        <w:rPr>
          <w:rFonts w:asciiTheme="majorHAnsi" w:hAnsiTheme="majorHAnsi" w:cstheme="majorHAnsi"/>
          <w:sz w:val="24"/>
          <w:szCs w:val="24"/>
        </w:rPr>
        <w:t>Spellings will be given out each Friday, and children will stick them into their reading records. They will then be tested the following Friday afternoon.</w:t>
      </w:r>
    </w:p>
    <w:p w:rsidR="00B45D14" w:rsidRPr="00386BC3" w:rsidRDefault="00386BC3">
      <w:pPr>
        <w:rPr>
          <w:rFonts w:asciiTheme="majorHAnsi" w:hAnsiTheme="majorHAnsi" w:cstheme="majorHAnsi"/>
          <w:sz w:val="24"/>
          <w:szCs w:val="24"/>
        </w:rPr>
      </w:pPr>
      <w:r w:rsidRPr="00386BC3">
        <w:rPr>
          <w:rFonts w:asciiTheme="majorHAnsi" w:hAnsiTheme="majorHAnsi" w:cstheme="majorHAnsi"/>
          <w:sz w:val="24"/>
          <w:szCs w:val="24"/>
        </w:rPr>
        <w:t>Homework will focus on learning times tables, as these are a vital cornerstone of mat</w:t>
      </w:r>
      <w:r w:rsidR="001763F1">
        <w:rPr>
          <w:rFonts w:asciiTheme="majorHAnsi" w:hAnsiTheme="majorHAnsi" w:cstheme="majorHAnsi"/>
          <w:sz w:val="24"/>
          <w:szCs w:val="24"/>
        </w:rPr>
        <w:t>hematical knowledge in Key Stage 2</w:t>
      </w:r>
      <w:r w:rsidRPr="00386BC3">
        <w:rPr>
          <w:rFonts w:asciiTheme="majorHAnsi" w:hAnsiTheme="majorHAnsi" w:cstheme="majorHAnsi"/>
          <w:sz w:val="24"/>
          <w:szCs w:val="24"/>
        </w:rPr>
        <w:t>. To support their progress, we ask that you encourage your chil</w:t>
      </w:r>
      <w:r w:rsidR="001763F1">
        <w:rPr>
          <w:rFonts w:asciiTheme="majorHAnsi" w:hAnsiTheme="majorHAnsi" w:cstheme="majorHAnsi"/>
          <w:sz w:val="24"/>
          <w:szCs w:val="24"/>
        </w:rPr>
        <w:t>d to practice regularly at home using Times Table Rock Stars</w:t>
      </w:r>
    </w:p>
    <w:p w:rsidR="00386BC3" w:rsidRPr="00386BC3" w:rsidRDefault="00386BC3" w:rsidP="00386BC3">
      <w:pPr>
        <w:rPr>
          <w:rFonts w:asciiTheme="majorHAnsi" w:hAnsiTheme="majorHAnsi" w:cstheme="majorHAnsi"/>
          <w:sz w:val="24"/>
          <w:szCs w:val="24"/>
        </w:rPr>
      </w:pPr>
      <w:r w:rsidRPr="00386BC3">
        <w:rPr>
          <w:rFonts w:asciiTheme="majorHAnsi" w:hAnsiTheme="majorHAnsi" w:cstheme="majorHAnsi"/>
          <w:sz w:val="24"/>
          <w:szCs w:val="24"/>
        </w:rPr>
        <w:t xml:space="preserve">Reading - Please hear your child read regularly, 3-4 times a week if possible, this enables the children to progress towards reaching their full potential in both reading and writing. Each time you hear your children read, please note where they have read to </w:t>
      </w:r>
      <w:r w:rsidRPr="00386BC3">
        <w:rPr>
          <w:rFonts w:asciiTheme="majorHAnsi" w:hAnsiTheme="majorHAnsi" w:cstheme="majorHAnsi"/>
          <w:b/>
          <w:sz w:val="24"/>
          <w:szCs w:val="24"/>
        </w:rPr>
        <w:t>and initial or sign their reading record</w:t>
      </w:r>
      <w:r w:rsidRPr="00386BC3">
        <w:rPr>
          <w:rFonts w:asciiTheme="majorHAnsi" w:hAnsiTheme="majorHAnsi" w:cstheme="majorHAnsi"/>
          <w:sz w:val="24"/>
          <w:szCs w:val="24"/>
        </w:rPr>
        <w:t>, together with any comments that you wish to make. Children have the opportunity to change their books every day</w:t>
      </w:r>
      <w:r w:rsidR="00986968">
        <w:rPr>
          <w:rFonts w:asciiTheme="majorHAnsi" w:hAnsiTheme="majorHAnsi" w:cstheme="majorHAnsi"/>
          <w:sz w:val="24"/>
          <w:szCs w:val="24"/>
        </w:rPr>
        <w:t xml:space="preserve"> and we have two bookcases of our</w:t>
      </w:r>
      <w:r w:rsidRPr="00386BC3">
        <w:rPr>
          <w:rFonts w:asciiTheme="majorHAnsi" w:hAnsiTheme="majorHAnsi" w:cstheme="majorHAnsi"/>
          <w:sz w:val="24"/>
          <w:szCs w:val="24"/>
        </w:rPr>
        <w:t xml:space="preserve"> own books that the children are welcome to borrow. If you find it difficult to find time to read, please ask them questions about the book they are reading.</w:t>
      </w:r>
    </w:p>
    <w:p w:rsidR="00B45D14" w:rsidRPr="00386BC3" w:rsidRDefault="00386BC3">
      <w:pPr>
        <w:rPr>
          <w:rFonts w:asciiTheme="majorHAnsi" w:hAnsiTheme="majorHAnsi" w:cstheme="majorHAnsi"/>
          <w:sz w:val="24"/>
          <w:szCs w:val="24"/>
        </w:rPr>
      </w:pPr>
      <w:r w:rsidRPr="00386BC3">
        <w:rPr>
          <w:rFonts w:asciiTheme="majorHAnsi" w:hAnsiTheme="majorHAnsi" w:cstheme="majorHAnsi"/>
          <w:sz w:val="24"/>
          <w:szCs w:val="24"/>
        </w:rPr>
        <w:t>P.</w:t>
      </w:r>
      <w:r w:rsidR="00986968">
        <w:rPr>
          <w:rFonts w:asciiTheme="majorHAnsi" w:hAnsiTheme="majorHAnsi" w:cstheme="majorHAnsi"/>
          <w:sz w:val="24"/>
          <w:szCs w:val="24"/>
        </w:rPr>
        <w:t>E. will take place first thing Monday morning,</w:t>
      </w:r>
      <w:r w:rsidRPr="00386BC3">
        <w:rPr>
          <w:rFonts w:asciiTheme="majorHAnsi" w:hAnsiTheme="majorHAnsi" w:cstheme="majorHAnsi"/>
          <w:sz w:val="24"/>
          <w:szCs w:val="24"/>
        </w:rPr>
        <w:t xml:space="preserve"> Wednesday </w:t>
      </w:r>
      <w:r w:rsidR="00986968">
        <w:rPr>
          <w:rFonts w:asciiTheme="majorHAnsi" w:hAnsiTheme="majorHAnsi" w:cstheme="majorHAnsi"/>
          <w:sz w:val="24"/>
          <w:szCs w:val="24"/>
        </w:rPr>
        <w:t>morning, as well as Thursday</w:t>
      </w:r>
      <w:r w:rsidRPr="00386BC3">
        <w:rPr>
          <w:rFonts w:asciiTheme="majorHAnsi" w:hAnsiTheme="majorHAnsi" w:cstheme="majorHAnsi"/>
          <w:sz w:val="24"/>
          <w:szCs w:val="24"/>
        </w:rPr>
        <w:t xml:space="preserve"> </w:t>
      </w:r>
      <w:r w:rsidR="00986968">
        <w:rPr>
          <w:rFonts w:asciiTheme="majorHAnsi" w:hAnsiTheme="majorHAnsi" w:cstheme="majorHAnsi"/>
          <w:sz w:val="24"/>
          <w:szCs w:val="24"/>
        </w:rPr>
        <w:t>afternoon</w:t>
      </w:r>
      <w:r w:rsidRPr="00386BC3">
        <w:rPr>
          <w:rFonts w:asciiTheme="majorHAnsi" w:hAnsiTheme="majorHAnsi" w:cstheme="majorHAnsi"/>
          <w:sz w:val="24"/>
          <w:szCs w:val="24"/>
        </w:rPr>
        <w:t>. Please ensure that your child has their P.E. kit in school on these days.</w:t>
      </w:r>
    </w:p>
    <w:p w:rsidR="00B45D14" w:rsidRPr="00386BC3" w:rsidRDefault="00386BC3">
      <w:pPr>
        <w:rPr>
          <w:rFonts w:asciiTheme="majorHAnsi" w:hAnsiTheme="majorHAnsi" w:cstheme="majorHAnsi"/>
          <w:sz w:val="24"/>
          <w:szCs w:val="24"/>
        </w:rPr>
      </w:pPr>
      <w:r w:rsidRPr="00386BC3">
        <w:rPr>
          <w:rFonts w:asciiTheme="majorHAnsi" w:hAnsiTheme="majorHAnsi" w:cstheme="majorHAnsi"/>
          <w:sz w:val="24"/>
          <w:szCs w:val="24"/>
        </w:rPr>
        <w:t>We are really looking forward to the year ahead and working together to support your child’s learning.</w:t>
      </w:r>
      <w:r>
        <w:rPr>
          <w:rFonts w:asciiTheme="majorHAnsi" w:hAnsiTheme="majorHAnsi" w:cstheme="majorHAnsi"/>
          <w:sz w:val="24"/>
          <w:szCs w:val="24"/>
        </w:rPr>
        <w:t xml:space="preserve"> A full curriculum map for the term will be posted on the class page on the school website.</w:t>
      </w:r>
    </w:p>
    <w:p w:rsidR="00386BC3" w:rsidRPr="00386BC3" w:rsidRDefault="00986968" w:rsidP="00386BC3">
      <w:pPr>
        <w:rPr>
          <w:rFonts w:asciiTheme="majorHAnsi" w:hAnsiTheme="majorHAnsi" w:cstheme="majorHAnsi"/>
          <w:sz w:val="24"/>
          <w:szCs w:val="24"/>
        </w:rPr>
      </w:pPr>
      <w:r>
        <w:rPr>
          <w:rFonts w:asciiTheme="majorHAnsi" w:hAnsiTheme="majorHAnsi" w:cstheme="majorHAnsi"/>
          <w:sz w:val="24"/>
          <w:szCs w:val="24"/>
        </w:rPr>
        <w:t>If you have questions, we</w:t>
      </w:r>
      <w:r w:rsidR="00386BC3" w:rsidRPr="00386BC3">
        <w:rPr>
          <w:rFonts w:asciiTheme="majorHAnsi" w:hAnsiTheme="majorHAnsi" w:cstheme="majorHAnsi"/>
          <w:sz w:val="24"/>
          <w:szCs w:val="24"/>
        </w:rPr>
        <w:t xml:space="preserve"> will </w:t>
      </w:r>
      <w:proofErr w:type="spellStart"/>
      <w:r w:rsidR="00386BC3" w:rsidRPr="00386BC3">
        <w:rPr>
          <w:rFonts w:asciiTheme="majorHAnsi" w:hAnsiTheme="majorHAnsi" w:cstheme="majorHAnsi"/>
          <w:sz w:val="24"/>
          <w:szCs w:val="24"/>
        </w:rPr>
        <w:t>endeavour</w:t>
      </w:r>
      <w:proofErr w:type="spellEnd"/>
      <w:r w:rsidR="00386BC3" w:rsidRPr="00386BC3">
        <w:rPr>
          <w:rFonts w:asciiTheme="majorHAnsi" w:hAnsiTheme="majorHAnsi" w:cstheme="majorHAnsi"/>
          <w:sz w:val="24"/>
          <w:szCs w:val="24"/>
        </w:rPr>
        <w:t xml:space="preserve"> to answer them a quickly as possible. </w:t>
      </w:r>
    </w:p>
    <w:p w:rsidR="00386BC3" w:rsidRPr="00386BC3" w:rsidRDefault="00386BC3" w:rsidP="00386BC3">
      <w:pPr>
        <w:rPr>
          <w:rFonts w:asciiTheme="majorHAnsi" w:hAnsiTheme="majorHAnsi" w:cstheme="majorHAnsi"/>
          <w:sz w:val="24"/>
          <w:szCs w:val="24"/>
        </w:rPr>
      </w:pPr>
      <w:r w:rsidRPr="00386BC3">
        <w:rPr>
          <w:rFonts w:asciiTheme="majorHAnsi" w:hAnsiTheme="majorHAnsi" w:cstheme="majorHAnsi"/>
          <w:sz w:val="24"/>
          <w:szCs w:val="24"/>
        </w:rPr>
        <w:t>Kind regards,</w:t>
      </w:r>
    </w:p>
    <w:p w:rsidR="00386BC3" w:rsidRPr="00386BC3" w:rsidRDefault="00386BC3" w:rsidP="00386BC3">
      <w:pPr>
        <w:rPr>
          <w:rFonts w:asciiTheme="majorHAnsi" w:hAnsiTheme="majorHAnsi" w:cstheme="majorHAnsi"/>
          <w:sz w:val="24"/>
          <w:szCs w:val="24"/>
        </w:rPr>
      </w:pPr>
      <w:r w:rsidRPr="00386BC3">
        <w:rPr>
          <w:rFonts w:asciiTheme="majorHAnsi" w:hAnsiTheme="majorHAnsi" w:cstheme="majorHAnsi"/>
          <w:sz w:val="24"/>
          <w:szCs w:val="24"/>
        </w:rPr>
        <w:t>Mr. Dobner</w:t>
      </w:r>
      <w:r w:rsidR="00986968">
        <w:rPr>
          <w:rFonts w:asciiTheme="majorHAnsi" w:hAnsiTheme="majorHAnsi" w:cstheme="majorHAnsi"/>
          <w:sz w:val="24"/>
          <w:szCs w:val="24"/>
        </w:rPr>
        <w:t xml:space="preserve"> &amp; </w:t>
      </w:r>
      <w:proofErr w:type="spellStart"/>
      <w:r w:rsidR="00986968">
        <w:rPr>
          <w:rFonts w:asciiTheme="majorHAnsi" w:hAnsiTheme="majorHAnsi" w:cstheme="majorHAnsi"/>
          <w:sz w:val="24"/>
          <w:szCs w:val="24"/>
        </w:rPr>
        <w:t>Ms</w:t>
      </w:r>
      <w:proofErr w:type="spellEnd"/>
      <w:r w:rsidR="00986968">
        <w:rPr>
          <w:rFonts w:asciiTheme="majorHAnsi" w:hAnsiTheme="majorHAnsi" w:cstheme="majorHAnsi"/>
          <w:sz w:val="24"/>
          <w:szCs w:val="24"/>
        </w:rPr>
        <w:t xml:space="preserve"> </w:t>
      </w:r>
      <w:proofErr w:type="spellStart"/>
      <w:r w:rsidR="00986968">
        <w:rPr>
          <w:rFonts w:asciiTheme="majorHAnsi" w:hAnsiTheme="majorHAnsi" w:cstheme="majorHAnsi"/>
          <w:sz w:val="24"/>
          <w:szCs w:val="24"/>
        </w:rPr>
        <w:t>Warrillow</w:t>
      </w:r>
      <w:proofErr w:type="spellEnd"/>
    </w:p>
    <w:p w:rsidR="00B45D14" w:rsidRDefault="00B45D14">
      <w:bookmarkStart w:id="0" w:name="_GoBack"/>
      <w:bookmarkEnd w:id="0"/>
    </w:p>
    <w:sectPr w:rsidR="00B45D14"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altName w:val="Yu Gothic UI"/>
    <w:panose1 w:val="02020609040205080304"/>
    <w:charset w:val="80"/>
    <w:family w:val="roman"/>
    <w:notTrueType/>
    <w:pitch w:val="fixed"/>
    <w:sig w:usb0="00000001" w:usb1="08070000" w:usb2="00000010" w:usb3="00000000" w:csb0="00020000" w:csb1="00000000"/>
  </w:font>
  <w:font w:name="Calibri">
    <w:panose1 w:val="020F0502020204030204"/>
    <w:charset w:val="00"/>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90"/>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47730"/>
    <w:rsid w:val="00034616"/>
    <w:rsid w:val="0006063C"/>
    <w:rsid w:val="0015074B"/>
    <w:rsid w:val="001763F1"/>
    <w:rsid w:val="0029639D"/>
    <w:rsid w:val="00326F90"/>
    <w:rsid w:val="00386BC3"/>
    <w:rsid w:val="00986968"/>
    <w:rsid w:val="00AA1D8D"/>
    <w:rsid w:val="00B45D14"/>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6BED59BA"/>
  <w14:defaultImageDpi w14:val="300"/>
  <w15:docId w15:val="{24BF575D-2F6E-4A91-A065-8A4A2AE1D74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2D25BE4-BA5C-4CB6-A9BA-D810F7640BD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316</Words>
  <Characters>1806</Characters>
  <Application>Microsoft Office Word</Application>
  <DocSecurity>0</DocSecurity>
  <Lines>15</Lines>
  <Paragraphs>4</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2118</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Steven Dobner</cp:lastModifiedBy>
  <cp:revision>2</cp:revision>
  <dcterms:created xsi:type="dcterms:W3CDTF">2026-09-01T14:40:00Z</dcterms:created>
  <dcterms:modified xsi:type="dcterms:W3CDTF">2026-09-01T14:40:00Z</dcterms:modified>
  <cp:category/>
</cp:coreProperties>
</file>